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 w:themeColor="accent2" w:themeTint="33"/>
  <w:body>
    <w:p w:rsidR="0084508E" w:rsidRDefault="00246E6C" w:rsidP="00246E6C">
      <w:pPr>
        <w:spacing w:after="0"/>
      </w:pPr>
      <w:r>
        <w:rPr>
          <w:rFonts w:ascii="Georgia" w:hAnsi="Georgia"/>
          <w:b/>
          <w:color w:val="17365D"/>
          <w:sz w:val="54"/>
        </w:rPr>
        <w:t xml:space="preserve">      </w:t>
      </w:r>
      <w:r>
        <w:rPr>
          <w:noProof/>
          <w:lang w:val="en-IN" w:eastAsia="en-IN"/>
        </w:rPr>
        <w:drawing>
          <wp:inline distT="0" distB="0" distL="0" distR="0" wp14:anchorId="168B2745" wp14:editId="736E4606">
            <wp:extent cx="847725" cy="771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17365D"/>
          <w:sz w:val="54"/>
        </w:rPr>
        <w:t xml:space="preserve">  C.J.S.PUBLIC </w:t>
      </w:r>
      <w:proofErr w:type="spellStart"/>
      <w:r>
        <w:rPr>
          <w:rFonts w:ascii="Georgia" w:hAnsi="Georgia"/>
          <w:b/>
          <w:color w:val="17365D"/>
          <w:sz w:val="54"/>
        </w:rPr>
        <w:t>SCHOOl</w:t>
      </w:r>
      <w:proofErr w:type="spellEnd"/>
      <w:r>
        <w:rPr>
          <w:rFonts w:ascii="Georgia" w:hAnsi="Georgia"/>
          <w:b/>
          <w:color w:val="17365D"/>
          <w:sz w:val="54"/>
        </w:rPr>
        <w:t xml:space="preserve"> </w:t>
      </w:r>
    </w:p>
    <w:p w:rsidR="0084508E" w:rsidRPr="00246E6C" w:rsidRDefault="005B6520">
      <w:pPr>
        <w:spacing w:after="40"/>
        <w:jc w:val="center"/>
        <w:rPr>
          <w:b/>
        </w:rPr>
      </w:pPr>
      <w:proofErr w:type="gramStart"/>
      <w:r w:rsidRPr="00246E6C">
        <w:rPr>
          <w:rFonts w:ascii="Georgia" w:hAnsi="Georgia"/>
          <w:b/>
          <w:color w:val="17365D"/>
          <w:sz w:val="30"/>
        </w:rPr>
        <w:t>hosts</w:t>
      </w:r>
      <w:proofErr w:type="gramEnd"/>
    </w:p>
    <w:p w:rsidR="0084508E" w:rsidRPr="00246E6C" w:rsidRDefault="00B92235">
      <w:pPr>
        <w:spacing w:after="0"/>
        <w:jc w:val="center"/>
        <w:rPr>
          <w:b/>
        </w:rPr>
      </w:pPr>
      <w:r w:rsidRPr="00246E6C">
        <w:rPr>
          <w:rFonts w:ascii="Georgia" w:hAnsi="Georgia"/>
          <w:b/>
          <w:color w:val="17365D"/>
          <w:sz w:val="42"/>
        </w:rPr>
        <w:t xml:space="preserve">Jalandhar </w:t>
      </w:r>
      <w:proofErr w:type="spellStart"/>
      <w:r w:rsidR="005B6520" w:rsidRPr="00246E6C">
        <w:rPr>
          <w:rFonts w:ascii="Georgia" w:hAnsi="Georgia"/>
          <w:b/>
          <w:color w:val="17365D"/>
          <w:sz w:val="42"/>
        </w:rPr>
        <w:t>Sahodya</w:t>
      </w:r>
      <w:proofErr w:type="spellEnd"/>
      <w:r w:rsidR="005B6520" w:rsidRPr="00246E6C">
        <w:rPr>
          <w:rFonts w:ascii="Georgia" w:hAnsi="Georgia"/>
          <w:b/>
          <w:color w:val="17365D"/>
          <w:sz w:val="42"/>
        </w:rPr>
        <w:t xml:space="preserve"> Inter-School</w:t>
      </w:r>
    </w:p>
    <w:p w:rsidR="0084508E" w:rsidRDefault="005B6520">
      <w:pPr>
        <w:spacing w:after="40"/>
        <w:jc w:val="center"/>
      </w:pPr>
      <w:r>
        <w:rPr>
          <w:rFonts w:ascii="Georgia" w:hAnsi="Georgia"/>
          <w:b/>
          <w:color w:val="7F1734"/>
          <w:sz w:val="48"/>
        </w:rPr>
        <w:t>Nukkad Natak Competition</w:t>
      </w:r>
    </w:p>
    <w:p w:rsidR="0084508E" w:rsidRPr="00246E6C" w:rsidRDefault="005B6520">
      <w:pPr>
        <w:spacing w:after="0"/>
        <w:jc w:val="center"/>
        <w:rPr>
          <w:b/>
        </w:rPr>
      </w:pPr>
      <w:proofErr w:type="gramStart"/>
      <w:r w:rsidRPr="00246E6C">
        <w:rPr>
          <w:rFonts w:ascii="Georgia" w:hAnsi="Georgia"/>
          <w:b/>
          <w:color w:val="17365D"/>
          <w:sz w:val="24"/>
        </w:rPr>
        <w:t>on</w:t>
      </w:r>
      <w:proofErr w:type="gramEnd"/>
    </w:p>
    <w:p w:rsidR="0084508E" w:rsidRDefault="005B6520">
      <w:pPr>
        <w:spacing w:after="20"/>
        <w:jc w:val="center"/>
      </w:pPr>
      <w:r>
        <w:rPr>
          <w:rFonts w:ascii="Georgia" w:hAnsi="Georgia"/>
          <w:b/>
          <w:color w:val="17365D"/>
          <w:sz w:val="34"/>
        </w:rPr>
        <w:t>Wednesday, 14 October</w:t>
      </w:r>
    </w:p>
    <w:p w:rsidR="0084508E" w:rsidRDefault="005B6520">
      <w:pPr>
        <w:spacing w:after="120"/>
        <w:jc w:val="center"/>
      </w:pPr>
      <w:r>
        <w:rPr>
          <w:rFonts w:ascii="Georgia" w:hAnsi="Georgia"/>
          <w:b/>
          <w:color w:val="A67C00"/>
          <w:sz w:val="30"/>
        </w:rPr>
        <w:t>Session 2026</w:t>
      </w:r>
    </w:p>
    <w:p w:rsidR="0084508E" w:rsidRDefault="005B6520">
      <w:pPr>
        <w:spacing w:after="80"/>
        <w:jc w:val="center"/>
      </w:pPr>
      <w:r>
        <w:rPr>
          <w:rFonts w:ascii="Georgia" w:hAnsi="Georgia"/>
          <w:b/>
          <w:color w:val="17365D"/>
          <w:sz w:val="42"/>
        </w:rPr>
        <w:t>FINAL RESULT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78"/>
        <w:gridCol w:w="3678"/>
      </w:tblGrid>
      <w:tr w:rsidR="008232E4" w:rsidTr="00F63A35">
        <w:trPr>
          <w:trHeight w:val="383"/>
          <w:jc w:val="center"/>
        </w:trPr>
        <w:tc>
          <w:tcPr>
            <w:tcW w:w="3678" w:type="dxa"/>
          </w:tcPr>
          <w:p w:rsidR="008232E4" w:rsidRPr="009629E7" w:rsidRDefault="008232E4">
            <w:pPr>
              <w:jc w:val="center"/>
              <w:rPr>
                <w:rFonts w:ascii="Georgia" w:hAnsi="Georgia"/>
                <w:b/>
                <w:color w:val="17365D"/>
                <w:sz w:val="32"/>
                <w:szCs w:val="32"/>
              </w:rPr>
            </w:pPr>
            <w:r w:rsidRPr="009629E7">
              <w:rPr>
                <w:rFonts w:ascii="Georgia" w:hAnsi="Georgia"/>
                <w:b/>
                <w:color w:val="17365D"/>
                <w:sz w:val="32"/>
                <w:szCs w:val="32"/>
              </w:rPr>
              <w:t>Position</w:t>
            </w:r>
          </w:p>
          <w:p w:rsidR="009629E7" w:rsidRPr="009629E7" w:rsidRDefault="009629E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78" w:type="dxa"/>
          </w:tcPr>
          <w:p w:rsidR="008232E4" w:rsidRPr="009629E7" w:rsidRDefault="008232E4">
            <w:pPr>
              <w:jc w:val="center"/>
              <w:rPr>
                <w:rFonts w:ascii="Georgia" w:hAnsi="Georgia"/>
                <w:b/>
                <w:color w:val="17365D"/>
                <w:sz w:val="32"/>
                <w:szCs w:val="32"/>
              </w:rPr>
            </w:pPr>
            <w:r w:rsidRPr="009629E7">
              <w:rPr>
                <w:rFonts w:ascii="Georgia" w:hAnsi="Georgia"/>
                <w:b/>
                <w:color w:val="17365D"/>
                <w:sz w:val="32"/>
                <w:szCs w:val="32"/>
              </w:rPr>
              <w:t>School Name</w:t>
            </w:r>
          </w:p>
          <w:p w:rsidR="009629E7" w:rsidRPr="009629E7" w:rsidRDefault="009629E7">
            <w:pPr>
              <w:jc w:val="center"/>
              <w:rPr>
                <w:sz w:val="32"/>
                <w:szCs w:val="32"/>
              </w:rPr>
            </w:pPr>
          </w:p>
        </w:tc>
      </w:tr>
      <w:tr w:rsidR="008232E4" w:rsidTr="00F63A35">
        <w:trPr>
          <w:trHeight w:val="910"/>
          <w:jc w:val="center"/>
        </w:trPr>
        <w:tc>
          <w:tcPr>
            <w:tcW w:w="3678" w:type="dxa"/>
            <w:vAlign w:val="center"/>
          </w:tcPr>
          <w:p w:rsidR="008232E4" w:rsidRPr="009629E7" w:rsidRDefault="008232E4">
            <w:pPr>
              <w:jc w:val="center"/>
              <w:rPr>
                <w:sz w:val="32"/>
                <w:szCs w:val="32"/>
              </w:rPr>
            </w:pPr>
            <w:r w:rsidRPr="009629E7">
              <w:rPr>
                <w:rFonts w:ascii="Georgia" w:hAnsi="Georgia"/>
                <w:sz w:val="32"/>
                <w:szCs w:val="32"/>
              </w:rPr>
              <w:t>1st</w:t>
            </w:r>
          </w:p>
        </w:tc>
        <w:tc>
          <w:tcPr>
            <w:tcW w:w="3678" w:type="dxa"/>
            <w:vAlign w:val="center"/>
          </w:tcPr>
          <w:p w:rsidR="008232E4" w:rsidRPr="007B5EBF" w:rsidRDefault="007B5EBF" w:rsidP="007B5EBF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 w:rsidRPr="007B5EBF">
              <w:rPr>
                <w:b/>
              </w:rPr>
              <w:t xml:space="preserve">Lord </w:t>
            </w:r>
            <w:proofErr w:type="spellStart"/>
            <w:r w:rsidRPr="007B5EBF">
              <w:rPr>
                <w:b/>
              </w:rPr>
              <w:t>Mahavira</w:t>
            </w:r>
            <w:proofErr w:type="spellEnd"/>
            <w:r w:rsidRPr="007B5EBF">
              <w:rPr>
                <w:b/>
              </w:rPr>
              <w:t xml:space="preserve"> </w:t>
            </w:r>
            <w:proofErr w:type="spellStart"/>
            <w:r w:rsidRPr="007B5EBF">
              <w:rPr>
                <w:b/>
              </w:rPr>
              <w:t>jain</w:t>
            </w:r>
            <w:proofErr w:type="spellEnd"/>
            <w:r w:rsidRPr="007B5EBF">
              <w:rPr>
                <w:b/>
              </w:rPr>
              <w:t xml:space="preserve"> Public School</w:t>
            </w:r>
          </w:p>
          <w:p w:rsidR="007B5EBF" w:rsidRPr="007B5EBF" w:rsidRDefault="007B5EBF" w:rsidP="007B5EBF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 w:rsidRPr="007B5EBF">
              <w:rPr>
                <w:b/>
              </w:rPr>
              <w:t xml:space="preserve">Swami </w:t>
            </w:r>
            <w:proofErr w:type="spellStart"/>
            <w:r w:rsidRPr="007B5EBF">
              <w:rPr>
                <w:b/>
              </w:rPr>
              <w:t>Sant</w:t>
            </w:r>
            <w:proofErr w:type="spellEnd"/>
            <w:r w:rsidRPr="007B5EBF">
              <w:rPr>
                <w:b/>
              </w:rPr>
              <w:t xml:space="preserve"> </w:t>
            </w:r>
            <w:proofErr w:type="spellStart"/>
            <w:r w:rsidRPr="007B5EBF">
              <w:rPr>
                <w:b/>
              </w:rPr>
              <w:t>Dass</w:t>
            </w:r>
            <w:proofErr w:type="spellEnd"/>
            <w:r w:rsidRPr="007B5EBF">
              <w:rPr>
                <w:b/>
              </w:rPr>
              <w:t xml:space="preserve"> Public      School</w:t>
            </w:r>
          </w:p>
        </w:tc>
      </w:tr>
      <w:tr w:rsidR="008232E4" w:rsidTr="00F63A35">
        <w:trPr>
          <w:trHeight w:val="910"/>
          <w:jc w:val="center"/>
        </w:trPr>
        <w:tc>
          <w:tcPr>
            <w:tcW w:w="3678" w:type="dxa"/>
            <w:vAlign w:val="center"/>
          </w:tcPr>
          <w:p w:rsidR="008232E4" w:rsidRPr="009629E7" w:rsidRDefault="008232E4">
            <w:pPr>
              <w:jc w:val="center"/>
              <w:rPr>
                <w:sz w:val="32"/>
                <w:szCs w:val="32"/>
              </w:rPr>
            </w:pPr>
            <w:r w:rsidRPr="009629E7">
              <w:rPr>
                <w:rFonts w:ascii="Georgia" w:hAnsi="Georgia"/>
                <w:sz w:val="32"/>
                <w:szCs w:val="32"/>
              </w:rPr>
              <w:t>2nd</w:t>
            </w:r>
          </w:p>
        </w:tc>
        <w:tc>
          <w:tcPr>
            <w:tcW w:w="3678" w:type="dxa"/>
            <w:vAlign w:val="center"/>
          </w:tcPr>
          <w:p w:rsidR="008232E4" w:rsidRPr="007B5EBF" w:rsidRDefault="007B5EBF" w:rsidP="007B5EBF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 w:rsidRPr="007B5EBF">
              <w:rPr>
                <w:b/>
              </w:rPr>
              <w:t>M.G.N Public School</w:t>
            </w:r>
          </w:p>
          <w:p w:rsidR="007B5EBF" w:rsidRPr="007B5EBF" w:rsidRDefault="007B5EBF" w:rsidP="007B5EBF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 w:rsidRPr="007B5EBF">
              <w:rPr>
                <w:b/>
              </w:rPr>
              <w:t>DRV DAV Centenary public School</w:t>
            </w:r>
          </w:p>
        </w:tc>
      </w:tr>
      <w:tr w:rsidR="008232E4" w:rsidTr="00F63A35">
        <w:trPr>
          <w:trHeight w:val="910"/>
          <w:jc w:val="center"/>
        </w:trPr>
        <w:tc>
          <w:tcPr>
            <w:tcW w:w="3678" w:type="dxa"/>
            <w:vAlign w:val="center"/>
          </w:tcPr>
          <w:p w:rsidR="008232E4" w:rsidRPr="009629E7" w:rsidRDefault="008232E4">
            <w:pPr>
              <w:jc w:val="center"/>
              <w:rPr>
                <w:sz w:val="32"/>
                <w:szCs w:val="32"/>
              </w:rPr>
            </w:pPr>
            <w:r w:rsidRPr="009629E7">
              <w:rPr>
                <w:rFonts w:ascii="Georgia" w:hAnsi="Georgia"/>
                <w:sz w:val="32"/>
                <w:szCs w:val="32"/>
              </w:rPr>
              <w:t>3rd</w:t>
            </w:r>
          </w:p>
        </w:tc>
        <w:tc>
          <w:tcPr>
            <w:tcW w:w="3678" w:type="dxa"/>
            <w:vAlign w:val="center"/>
          </w:tcPr>
          <w:p w:rsidR="008232E4" w:rsidRPr="007B5EBF" w:rsidRDefault="007B5EBF" w:rsidP="007B5EB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 w:rsidRPr="007B5EBF">
              <w:rPr>
                <w:b/>
              </w:rPr>
              <w:t xml:space="preserve">Innocent Heart School </w:t>
            </w:r>
            <w:proofErr w:type="spellStart"/>
            <w:r w:rsidRPr="007B5EBF">
              <w:rPr>
                <w:b/>
              </w:rPr>
              <w:t>loharan</w:t>
            </w:r>
            <w:proofErr w:type="spellEnd"/>
          </w:p>
          <w:p w:rsidR="007B5EBF" w:rsidRPr="007B5EBF" w:rsidRDefault="007B5EBF" w:rsidP="007B5EB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proofErr w:type="spellStart"/>
            <w:r w:rsidRPr="007B5EBF">
              <w:rPr>
                <w:b/>
              </w:rPr>
              <w:t>Lala</w:t>
            </w:r>
            <w:proofErr w:type="spellEnd"/>
            <w:r w:rsidRPr="007B5EBF">
              <w:rPr>
                <w:b/>
              </w:rPr>
              <w:t xml:space="preserve"> </w:t>
            </w:r>
            <w:proofErr w:type="spellStart"/>
            <w:r w:rsidRPr="007B5EBF">
              <w:rPr>
                <w:b/>
              </w:rPr>
              <w:t>Jagat</w:t>
            </w:r>
            <w:proofErr w:type="spellEnd"/>
            <w:r w:rsidRPr="007B5EBF">
              <w:rPr>
                <w:b/>
              </w:rPr>
              <w:t xml:space="preserve"> </w:t>
            </w:r>
            <w:proofErr w:type="spellStart"/>
            <w:r w:rsidRPr="007B5EBF">
              <w:rPr>
                <w:b/>
              </w:rPr>
              <w:t>Narain</w:t>
            </w:r>
            <w:proofErr w:type="spellEnd"/>
            <w:r w:rsidRPr="007B5EBF">
              <w:rPr>
                <w:b/>
              </w:rPr>
              <w:t xml:space="preserve"> DAV model School</w:t>
            </w:r>
          </w:p>
        </w:tc>
      </w:tr>
    </w:tbl>
    <w:p w:rsidR="0084508E" w:rsidRDefault="005B6520">
      <w:pPr>
        <w:spacing w:after="80"/>
        <w:jc w:val="center"/>
      </w:pPr>
      <w:r>
        <w:rPr>
          <w:rFonts w:ascii="Georgia" w:hAnsi="Georgia"/>
          <w:b/>
          <w:color w:val="17365D"/>
          <w:sz w:val="36"/>
        </w:rPr>
        <w:t>CONSOLATION PRIZES</w:t>
      </w:r>
    </w:p>
    <w:tbl>
      <w:tblPr>
        <w:tblStyle w:val="TableGrid"/>
        <w:tblW w:w="0" w:type="auto"/>
        <w:jc w:val="center"/>
        <w:tblInd w:w="-4" w:type="dxa"/>
        <w:tblLook w:val="04A0" w:firstRow="1" w:lastRow="0" w:firstColumn="1" w:lastColumn="0" w:noHBand="0" w:noVBand="1"/>
      </w:tblPr>
      <w:tblGrid>
        <w:gridCol w:w="7391"/>
      </w:tblGrid>
      <w:tr w:rsidR="008232E4" w:rsidTr="002475AC">
        <w:trPr>
          <w:trHeight w:val="398"/>
          <w:jc w:val="center"/>
        </w:trPr>
        <w:tc>
          <w:tcPr>
            <w:tcW w:w="7391" w:type="dxa"/>
          </w:tcPr>
          <w:p w:rsidR="008232E4" w:rsidRPr="009629E7" w:rsidRDefault="008232E4">
            <w:pPr>
              <w:jc w:val="center"/>
              <w:rPr>
                <w:rFonts w:ascii="Georgia" w:hAnsi="Georgia"/>
                <w:b/>
                <w:color w:val="17365D"/>
                <w:sz w:val="32"/>
                <w:szCs w:val="32"/>
              </w:rPr>
            </w:pPr>
            <w:r w:rsidRPr="009629E7">
              <w:rPr>
                <w:rFonts w:ascii="Georgia" w:hAnsi="Georgia"/>
                <w:b/>
                <w:color w:val="17365D"/>
                <w:sz w:val="32"/>
                <w:szCs w:val="32"/>
              </w:rPr>
              <w:t>School Name</w:t>
            </w:r>
          </w:p>
          <w:p w:rsidR="009629E7" w:rsidRDefault="009629E7">
            <w:pPr>
              <w:jc w:val="center"/>
              <w:rPr>
                <w:rFonts w:ascii="Georgia" w:hAnsi="Georgia"/>
                <w:b/>
                <w:color w:val="17365D"/>
              </w:rPr>
            </w:pPr>
          </w:p>
          <w:p w:rsidR="009629E7" w:rsidRDefault="009629E7">
            <w:pPr>
              <w:jc w:val="center"/>
            </w:pPr>
          </w:p>
        </w:tc>
      </w:tr>
      <w:tr w:rsidR="008232E4" w:rsidTr="002475AC">
        <w:trPr>
          <w:trHeight w:val="907"/>
          <w:jc w:val="center"/>
        </w:trPr>
        <w:tc>
          <w:tcPr>
            <w:tcW w:w="7391" w:type="dxa"/>
            <w:vAlign w:val="center"/>
          </w:tcPr>
          <w:p w:rsidR="008232E4" w:rsidRPr="007B5EBF" w:rsidRDefault="007B5EBF" w:rsidP="007B5EBF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rPr>
                <w:b/>
              </w:rPr>
              <w:t xml:space="preserve">         </w:t>
            </w:r>
            <w:r w:rsidRPr="007B5EBF">
              <w:rPr>
                <w:b/>
              </w:rPr>
              <w:t xml:space="preserve">Guru </w:t>
            </w:r>
            <w:proofErr w:type="spellStart"/>
            <w:r w:rsidRPr="007B5EBF">
              <w:rPr>
                <w:b/>
              </w:rPr>
              <w:t>Amardass</w:t>
            </w:r>
            <w:proofErr w:type="spellEnd"/>
            <w:r w:rsidRPr="007B5EBF">
              <w:rPr>
                <w:b/>
              </w:rPr>
              <w:t xml:space="preserve"> </w:t>
            </w:r>
            <w:proofErr w:type="spellStart"/>
            <w:r w:rsidRPr="007B5EBF">
              <w:rPr>
                <w:b/>
              </w:rPr>
              <w:t>kapurthala</w:t>
            </w:r>
            <w:proofErr w:type="spellEnd"/>
          </w:p>
        </w:tc>
      </w:tr>
      <w:tr w:rsidR="008232E4" w:rsidTr="002475AC">
        <w:trPr>
          <w:trHeight w:val="907"/>
          <w:jc w:val="center"/>
        </w:trPr>
        <w:tc>
          <w:tcPr>
            <w:tcW w:w="7391" w:type="dxa"/>
            <w:vAlign w:val="center"/>
          </w:tcPr>
          <w:p w:rsidR="008232E4" w:rsidRPr="007B5EBF" w:rsidRDefault="007B5EBF" w:rsidP="007B5EBF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rPr>
                <w:b/>
              </w:rPr>
              <w:t xml:space="preserve">         </w:t>
            </w:r>
            <w:r w:rsidRPr="007B5EBF">
              <w:rPr>
                <w:b/>
              </w:rPr>
              <w:t xml:space="preserve">Shiv </w:t>
            </w:r>
            <w:proofErr w:type="spellStart"/>
            <w:r w:rsidRPr="007B5EBF">
              <w:rPr>
                <w:b/>
              </w:rPr>
              <w:t>Jyoti</w:t>
            </w:r>
            <w:proofErr w:type="spellEnd"/>
            <w:r w:rsidRPr="007B5EBF">
              <w:rPr>
                <w:b/>
              </w:rPr>
              <w:t xml:space="preserve"> public School</w:t>
            </w:r>
          </w:p>
        </w:tc>
      </w:tr>
      <w:tr w:rsidR="008232E4" w:rsidTr="002475AC">
        <w:trPr>
          <w:trHeight w:val="907"/>
          <w:jc w:val="center"/>
        </w:trPr>
        <w:tc>
          <w:tcPr>
            <w:tcW w:w="7391" w:type="dxa"/>
            <w:vAlign w:val="center"/>
          </w:tcPr>
          <w:p w:rsidR="008232E4" w:rsidRPr="007B5EBF" w:rsidRDefault="007B5EBF" w:rsidP="007B5EBF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rPr>
                <w:b/>
              </w:rPr>
              <w:t xml:space="preserve">        Dips </w:t>
            </w:r>
            <w:proofErr w:type="spellStart"/>
            <w:r>
              <w:rPr>
                <w:b/>
              </w:rPr>
              <w:t>Suranu</w:t>
            </w:r>
            <w:r w:rsidRPr="007B5EBF">
              <w:rPr>
                <w:b/>
              </w:rPr>
              <w:t>ssi</w:t>
            </w:r>
            <w:proofErr w:type="spellEnd"/>
          </w:p>
        </w:tc>
      </w:tr>
    </w:tbl>
    <w:p w:rsidR="00B92235" w:rsidRPr="007B5EBF" w:rsidRDefault="00A3496A" w:rsidP="007B5EBF">
      <w:pPr>
        <w:spacing w:after="0"/>
        <w:rPr>
          <w:rFonts w:ascii="Georgia" w:hAnsi="Georgia"/>
          <w:i/>
          <w:color w:val="17365D"/>
          <w:sz w:val="56"/>
        </w:rPr>
      </w:pPr>
      <w:r>
        <w:rPr>
          <w:rFonts w:ascii="Georgia" w:hAnsi="Georgia"/>
          <w:i/>
          <w:color w:val="17365D"/>
          <w:sz w:val="56"/>
        </w:rPr>
        <w:t xml:space="preserve">                        </w:t>
      </w:r>
      <w:r w:rsidR="005B6520">
        <w:rPr>
          <w:rFonts w:ascii="Georgia" w:hAnsi="Georgia"/>
          <w:i/>
          <w:color w:val="17365D"/>
          <w:sz w:val="56"/>
        </w:rPr>
        <w:t>Congratulations!</w:t>
      </w:r>
      <w:bookmarkStart w:id="0" w:name="_GoBack"/>
      <w:bookmarkEnd w:id="0"/>
    </w:p>
    <w:sectPr w:rsidR="00B92235" w:rsidRPr="007B5EBF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04" w:right="648" w:bottom="504" w:left="648" w:header="720" w:footer="720" w:gutter="0"/>
      <w:pgBorders w:offsetFrom="page">
        <w:top w:val="single" w:sz="14" w:space="8" w:color="C9A227"/>
        <w:left w:val="single" w:sz="14" w:space="8" w:color="C9A227"/>
        <w:bottom w:val="single" w:sz="14" w:space="8" w:color="C9A227"/>
        <w:right w:val="single" w:sz="14" w:space="8" w:color="C9A227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52A" w:rsidRDefault="008F452A">
      <w:pPr>
        <w:spacing w:after="0" w:line="240" w:lineRule="auto"/>
      </w:pPr>
      <w:r>
        <w:separator/>
      </w:r>
    </w:p>
  </w:endnote>
  <w:endnote w:type="continuationSeparator" w:id="0">
    <w:p w:rsidR="008F452A" w:rsidRDefault="008F4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6A" w:rsidRDefault="00A349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6A" w:rsidRDefault="00A3496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6A" w:rsidRDefault="00A349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52A" w:rsidRDefault="008F452A">
      <w:pPr>
        <w:spacing w:after="0" w:line="240" w:lineRule="auto"/>
      </w:pPr>
      <w:r>
        <w:separator/>
      </w:r>
    </w:p>
  </w:footnote>
  <w:footnote w:type="continuationSeparator" w:id="0">
    <w:p w:rsidR="008F452A" w:rsidRDefault="008F4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6A" w:rsidRDefault="00A349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6A" w:rsidRDefault="00A3496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6A" w:rsidRDefault="00A349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B783252"/>
    <w:multiLevelType w:val="hybridMultilevel"/>
    <w:tmpl w:val="6430FE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823884"/>
    <w:multiLevelType w:val="hybridMultilevel"/>
    <w:tmpl w:val="B616FD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A136BB"/>
    <w:multiLevelType w:val="hybridMultilevel"/>
    <w:tmpl w:val="230E476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ED23A6"/>
    <w:multiLevelType w:val="hybridMultilevel"/>
    <w:tmpl w:val="889AFD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665E"/>
    <w:rsid w:val="00246E6C"/>
    <w:rsid w:val="002475AC"/>
    <w:rsid w:val="0029639D"/>
    <w:rsid w:val="00326F90"/>
    <w:rsid w:val="003C155F"/>
    <w:rsid w:val="00413E34"/>
    <w:rsid w:val="005B6520"/>
    <w:rsid w:val="007B5EBF"/>
    <w:rsid w:val="008042C2"/>
    <w:rsid w:val="008232E4"/>
    <w:rsid w:val="0084508E"/>
    <w:rsid w:val="0087221B"/>
    <w:rsid w:val="008F452A"/>
    <w:rsid w:val="00925A0D"/>
    <w:rsid w:val="009629E7"/>
    <w:rsid w:val="00A3496A"/>
    <w:rsid w:val="00AA1D8D"/>
    <w:rsid w:val="00B47730"/>
    <w:rsid w:val="00B92235"/>
    <w:rsid w:val="00BF2B4D"/>
    <w:rsid w:val="00CB0664"/>
    <w:rsid w:val="00D55E09"/>
    <w:rsid w:val="00F63A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46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E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46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E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106672-AD96-4915-BFF5-DA6517E0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Intel</cp:lastModifiedBy>
  <cp:revision>11</cp:revision>
  <dcterms:created xsi:type="dcterms:W3CDTF">2013-12-23T23:15:00Z</dcterms:created>
  <dcterms:modified xsi:type="dcterms:W3CDTF">2026-10-14T09:54:00Z</dcterms:modified>
  <cp:category/>
</cp:coreProperties>
</file>